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https://dachwerkduesseldorf.pages.dev/categories/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pages.dev/categ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